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17B1E813" w14:paraId="2EC29D50" wp14:textId="62BBF357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pl-PL"/>
        </w:rPr>
      </w:pPr>
      <w:r w:rsidRPr="17B1E813" w:rsidR="17B1E813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pl-PL"/>
        </w:rPr>
        <w:t xml:space="preserve">Formularz </w:t>
      </w:r>
      <w:r w:rsidRPr="17B1E813" w:rsidR="47D3D9C4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pl-PL"/>
        </w:rPr>
        <w:t>uczciwości</w:t>
      </w:r>
      <w:r w:rsidRPr="17B1E813" w:rsidR="17B1E813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pl-PL"/>
        </w:rPr>
        <w:t xml:space="preserve"> akademickiej projektu MYP</w:t>
      </w:r>
    </w:p>
    <w:p xmlns:wp14="http://schemas.microsoft.com/office/word/2010/wordml" w:rsidP="17B1E813" w14:paraId="0BE5F249" wp14:textId="3D54CB54">
      <w:pPr>
        <w:rPr>
          <w:rFonts w:ascii="Times New Roman" w:hAnsi="Times New Roman" w:eastAsia="Times New Roman" w:cs="Times New Roman"/>
          <w:noProof w:val="0"/>
          <w:lang w:val="pl-PL"/>
        </w:rPr>
      </w:pPr>
    </w:p>
    <w:tbl>
      <w:tblPr>
        <w:tblStyle w:val="LightList"/>
        <w:tblW w:w="0" w:type="auto"/>
        <w:tblLook w:val="06A0" w:firstRow="1" w:lastRow="0" w:firstColumn="1" w:lastColumn="0" w:noHBand="1" w:noVBand="1"/>
      </w:tblPr>
      <w:tblGrid>
        <w:gridCol w:w="8640"/>
      </w:tblGrid>
      <w:tr w:rsidR="17B1E813" w:rsidTr="17B1E813" w14:paraId="1EA66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R="262A5F6E" w:rsidP="17B1E813" w:rsidRDefault="262A5F6E" w14:paraId="1C0F735D" w14:textId="4567B76A">
            <w:pPr>
              <w:pStyle w:val="Normal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262A5F6E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Projekt </w:t>
            </w:r>
            <w:r w:rsidRPr="17B1E813" w:rsidR="262A5F6E">
              <w:rPr>
                <w:rFonts w:ascii="Times New Roman" w:hAnsi="Times New Roman" w:eastAsia="Times New Roman" w:cs="Times New Roman"/>
                <w:noProof w:val="0"/>
                <w:lang w:val="pl-PL"/>
              </w:rPr>
              <w:t>społeczny</w:t>
            </w:r>
            <w:r w:rsidRPr="17B1E813" w:rsidR="262A5F6E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MYP</w:t>
            </w:r>
          </w:p>
        </w:tc>
      </w:tr>
      <w:tr xmlns:wp14="http://schemas.microsoft.com/office/word/2010/wordml" w:rsidTr="17B1E813" w14:paraId="3E3686F5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2DF8C566" wp14:textId="06A88CC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Imi</w:t>
            </w:r>
            <w:r w:rsidRPr="17B1E813" w:rsidR="1534633E">
              <w:rPr>
                <w:rFonts w:ascii="Times New Roman" w:hAnsi="Times New Roman" w:eastAsia="Times New Roman" w:cs="Times New Roman"/>
                <w:noProof w:val="0"/>
                <w:lang w:val="pl-PL"/>
              </w:rPr>
              <w:t>ę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i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nazwisko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ucznia</w:t>
            </w:r>
            <w:r w:rsidRPr="17B1E813" w:rsidR="2EA5E1D3">
              <w:rPr>
                <w:rFonts w:ascii="Times New Roman" w:hAnsi="Times New Roman" w:eastAsia="Times New Roman" w:cs="Times New Roman"/>
                <w:noProof w:val="0"/>
                <w:lang w:val="pl-PL"/>
              </w:rPr>
              <w:t>:</w:t>
            </w:r>
          </w:p>
        </w:tc>
      </w:tr>
      <w:tr w:rsidR="17B1E813" w:rsidTr="17B1E813" w14:paraId="216761D2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R="17B1E813" w:rsidP="17B1E813" w:rsidRDefault="17B1E813" w14:paraId="1702EFBF" w14:textId="7F625568">
            <w:pPr>
              <w:pStyle w:val="Normal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  <w:tr xmlns:wp14="http://schemas.microsoft.com/office/word/2010/wordml" w:rsidTr="17B1E813" w14:paraId="1E909DB2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4DF1C59C" wp14:textId="49ED1E75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>Klasa</w:t>
            </w: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>i</w:t>
            </w: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>numer</w:t>
            </w:r>
            <w:r w:rsidRPr="17B1E813" w:rsidR="564996B2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w dzienniku:</w:t>
            </w:r>
          </w:p>
        </w:tc>
      </w:tr>
      <w:tr w:rsidR="17B1E813" w:rsidTr="17B1E813" w14:paraId="1F3B4BF2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R="17B1E813" w:rsidP="17B1E813" w:rsidRDefault="17B1E813" w14:paraId="3342C2F5" w14:textId="690344B6">
            <w:pPr>
              <w:pStyle w:val="Normal"/>
              <w:spacing w:line="276" w:lineRule="auto"/>
              <w:jc w:val="left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  <w:tr xmlns:wp14="http://schemas.microsoft.com/office/word/2010/wordml" w:rsidTr="17B1E813" w14:paraId="3223BDB3" wp14:textId="77777777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35132622" wp14:textId="44E81E75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Nazwa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szkoly</w:t>
            </w:r>
            <w:r w:rsidRPr="17B1E813" w:rsidR="1E45A73F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: </w:t>
            </w:r>
          </w:p>
        </w:tc>
      </w:tr>
      <w:tr w:rsidR="17B1E813" w:rsidTr="17B1E813" w14:paraId="18552CA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R="38E057E1" w:rsidP="17B1E813" w:rsidRDefault="38E057E1" w14:paraId="0E5EA28B" w14:textId="4444CCA5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lang w:val="pl-PL"/>
              </w:rPr>
            </w:pPr>
            <w:r w:rsidRPr="17B1E813" w:rsidR="38E057E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lang w:val="pl-PL"/>
              </w:rPr>
              <w:t>Szkoła Podstawowa nr 108 im. Juliana Tuwima</w:t>
            </w:r>
          </w:p>
        </w:tc>
      </w:tr>
      <w:tr xmlns:wp14="http://schemas.microsoft.com/office/word/2010/wordml" w:rsidTr="17B1E813" w14:paraId="0599D120" wp14:textId="77777777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2DC5B69C" wp14:textId="023E10A1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Numer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szkoly</w:t>
            </w:r>
            <w:r w:rsidRPr="17B1E813" w:rsidR="28CB8918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w </w:t>
            </w:r>
            <w:r w:rsidRPr="17B1E813" w:rsidR="28CB8918">
              <w:rPr>
                <w:rFonts w:ascii="Times New Roman" w:hAnsi="Times New Roman" w:eastAsia="Times New Roman" w:cs="Times New Roman"/>
                <w:noProof w:val="0"/>
                <w:lang w:val="pl-PL"/>
              </w:rPr>
              <w:t>systemie</w:t>
            </w:r>
            <w:r w:rsidRPr="17B1E813" w:rsidR="28CB8918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IB:</w:t>
            </w:r>
          </w:p>
        </w:tc>
      </w:tr>
      <w:tr w:rsidR="17B1E813" w:rsidTr="17B1E813" w14:paraId="6430F22C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R="18C0B028" w:rsidP="17B1E813" w:rsidRDefault="18C0B028" w14:paraId="3A633708" w14:textId="30E9ABAF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lang w:val="pl-PL"/>
              </w:rPr>
            </w:pPr>
            <w:r w:rsidRPr="17B1E813" w:rsidR="18C0B02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lang w:val="pl-PL"/>
              </w:rPr>
              <w:t>062024</w:t>
            </w:r>
          </w:p>
        </w:tc>
      </w:tr>
      <w:tr xmlns:wp14="http://schemas.microsoft.com/office/word/2010/wordml" w:rsidTr="17B1E813" w14:paraId="52FBB268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0B617059" wp14:textId="556D90D0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Imi</w:t>
            </w:r>
            <w:r w:rsidRPr="17B1E813" w:rsidR="3CF5C4B1">
              <w:rPr>
                <w:rFonts w:ascii="Times New Roman" w:hAnsi="Times New Roman" w:eastAsia="Times New Roman" w:cs="Times New Roman"/>
                <w:noProof w:val="0"/>
                <w:lang w:val="pl-PL"/>
              </w:rPr>
              <w:t>ę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i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nazwisko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4A762530">
              <w:rPr>
                <w:rFonts w:ascii="Times New Roman" w:hAnsi="Times New Roman" w:eastAsia="Times New Roman" w:cs="Times New Roman"/>
                <w:noProof w:val="0"/>
                <w:lang w:val="pl-PL"/>
              </w:rPr>
              <w:t>mentora</w:t>
            </w:r>
            <w:r w:rsidRPr="17B1E813" w:rsidR="4A762530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4A762530">
              <w:rPr>
                <w:rFonts w:ascii="Times New Roman" w:hAnsi="Times New Roman" w:eastAsia="Times New Roman" w:cs="Times New Roman"/>
                <w:noProof w:val="0"/>
                <w:lang w:val="pl-PL"/>
              </w:rPr>
              <w:t>projektu</w:t>
            </w:r>
            <w:r w:rsidRPr="17B1E813" w:rsidR="4A762530">
              <w:rPr>
                <w:rFonts w:ascii="Times New Roman" w:hAnsi="Times New Roman" w:eastAsia="Times New Roman" w:cs="Times New Roman"/>
                <w:noProof w:val="0"/>
                <w:lang w:val="pl-PL"/>
              </w:rPr>
              <w:t>:</w:t>
            </w:r>
          </w:p>
        </w:tc>
      </w:tr>
      <w:tr xmlns:wp14="http://schemas.microsoft.com/office/word/2010/wordml" w:rsidTr="17B1E813" w14:paraId="672A6659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tcMar/>
          </w:tcPr>
          <w:p w:rsidP="17B1E813" w14:paraId="0A37501D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</w:tbl>
    <w:p xmlns:wp14="http://schemas.microsoft.com/office/word/2010/wordml" w:rsidP="17B1E813" w14:paraId="7B7A34DC" wp14:textId="5F20AE05">
      <w:pPr>
        <w:jc w:val="both"/>
        <w:rPr>
          <w:rFonts w:ascii="Times New Roman" w:hAnsi="Times New Roman" w:eastAsia="Times New Roman" w:cs="Times New Roman"/>
          <w:noProof w:val="0"/>
          <w:lang w:val="pl-PL"/>
        </w:rPr>
      </w:pPr>
      <w:r>
        <w:br/>
      </w:r>
      <w:r w:rsidRPr="17B1E813" w:rsidR="17B1E813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>Ucze</w:t>
      </w:r>
      <w:r w:rsidRPr="17B1E813" w:rsidR="10299F97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>ń</w:t>
      </w:r>
      <w:r w:rsidRPr="17B1E813" w:rsidR="17B1E813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 xml:space="preserve">: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Ten dokument rejestruje </w:t>
      </w:r>
      <w:r w:rsidRPr="17B1E813" w:rsidR="5D34C49E">
        <w:rPr>
          <w:rFonts w:ascii="Times New Roman" w:hAnsi="Times New Roman" w:eastAsia="Times New Roman" w:cs="Times New Roman"/>
          <w:noProof w:val="0"/>
          <w:lang w:val="pl-PL"/>
        </w:rPr>
        <w:t>postępy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oraz charakter </w:t>
      </w:r>
      <w:r w:rsidRPr="17B1E813" w:rsidR="31ADE26D">
        <w:rPr>
          <w:rFonts w:ascii="Times New Roman" w:hAnsi="Times New Roman" w:eastAsia="Times New Roman" w:cs="Times New Roman"/>
          <w:noProof w:val="0"/>
          <w:lang w:val="pl-PL"/>
        </w:rPr>
        <w:t>rozmów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z opiekunem. Powiniene</w:t>
      </w:r>
      <w:r w:rsidRPr="17B1E813" w:rsidR="7C4F58EC">
        <w:rPr>
          <w:rFonts w:ascii="Times New Roman" w:hAnsi="Times New Roman" w:eastAsia="Times New Roman" w:cs="Times New Roman"/>
          <w:noProof w:val="0"/>
          <w:lang w:val="pl-PL"/>
        </w:rPr>
        <w:t>ś/</w:t>
      </w:r>
      <w:r w:rsidRPr="17B1E813" w:rsidR="7C4F58EC">
        <w:rPr>
          <w:rFonts w:ascii="Times New Roman" w:hAnsi="Times New Roman" w:eastAsia="Times New Roman" w:cs="Times New Roman"/>
          <w:noProof w:val="0"/>
          <w:lang w:val="pl-PL"/>
        </w:rPr>
        <w:t>powinna</w:t>
      </w:r>
      <w:r w:rsidRPr="17B1E813" w:rsidR="541CDD69">
        <w:rPr>
          <w:rFonts w:ascii="Times New Roman" w:hAnsi="Times New Roman" w:eastAsia="Times New Roman" w:cs="Times New Roman"/>
          <w:noProof w:val="0"/>
          <w:lang w:val="pl-PL"/>
        </w:rPr>
        <w:t>ś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spotka</w:t>
      </w:r>
      <w:r w:rsidRPr="17B1E813" w:rsidR="06B06B38">
        <w:rPr>
          <w:rFonts w:ascii="Times New Roman" w:hAnsi="Times New Roman" w:eastAsia="Times New Roman" w:cs="Times New Roman"/>
          <w:noProof w:val="0"/>
          <w:lang w:val="pl-PL"/>
        </w:rPr>
        <w:t>ć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si</w:t>
      </w:r>
      <w:r w:rsidRPr="17B1E813" w:rsidR="52295712">
        <w:rPr>
          <w:rFonts w:ascii="Times New Roman" w:hAnsi="Times New Roman" w:eastAsia="Times New Roman" w:cs="Times New Roman"/>
          <w:noProof w:val="0"/>
          <w:lang w:val="pl-PL"/>
        </w:rPr>
        <w:t>ę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z </w:t>
      </w:r>
      <w:r w:rsidRPr="17B1E813" w:rsidR="669C4D9B">
        <w:rPr>
          <w:rFonts w:ascii="Times New Roman" w:hAnsi="Times New Roman" w:eastAsia="Times New Roman" w:cs="Times New Roman"/>
          <w:noProof w:val="0"/>
          <w:lang w:val="pl-PL"/>
        </w:rPr>
        <w:t xml:space="preserve">mentorem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co najmniej trzy razy: na </w:t>
      </w:r>
      <w:r w:rsidRPr="17B1E813" w:rsidR="049EE277">
        <w:rPr>
          <w:rFonts w:ascii="Times New Roman" w:hAnsi="Times New Roman" w:eastAsia="Times New Roman" w:cs="Times New Roman"/>
          <w:noProof w:val="0"/>
          <w:lang w:val="pl-PL"/>
        </w:rPr>
        <w:t>początku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projektu, w trakcie (po wykonaniu znacznej </w:t>
      </w:r>
      <w:r w:rsidRPr="17B1E813" w:rsidR="576CF5B1">
        <w:rPr>
          <w:rFonts w:ascii="Times New Roman" w:hAnsi="Times New Roman" w:eastAsia="Times New Roman" w:cs="Times New Roman"/>
          <w:noProof w:val="0"/>
          <w:lang w:val="pl-PL"/>
        </w:rPr>
        <w:t>części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), oraz po oddaniu </w:t>
      </w:r>
      <w:r w:rsidRPr="17B1E813" w:rsidR="504DD6C1">
        <w:rPr>
          <w:rFonts w:ascii="Times New Roman" w:hAnsi="Times New Roman" w:eastAsia="Times New Roman" w:cs="Times New Roman"/>
          <w:noProof w:val="0"/>
          <w:lang w:val="pl-PL"/>
        </w:rPr>
        <w:t>końcowego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raportu/prezentacji.</w:t>
      </w:r>
    </w:p>
    <w:p xmlns:wp14="http://schemas.microsoft.com/office/word/2010/wordml" w:rsidP="17B1E813" w14:paraId="4C065EBB" wp14:textId="5CB6E1B6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both"/>
        <w:rPr>
          <w:rFonts w:ascii="Times New Roman" w:hAnsi="Times New Roman" w:eastAsia="Times New Roman" w:cs="Times New Roman"/>
          <w:noProof w:val="0"/>
          <w:lang w:val="pl-PL"/>
        </w:rPr>
      </w:pPr>
      <w:r w:rsidRPr="17B1E813" w:rsidR="0B880761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>Mentor</w:t>
      </w:r>
      <w:r w:rsidRPr="17B1E813" w:rsidR="17B1E813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>: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Nale</w:t>
      </w:r>
      <w:r w:rsidRPr="17B1E813" w:rsidR="57583F79">
        <w:rPr>
          <w:rFonts w:ascii="Times New Roman" w:hAnsi="Times New Roman" w:eastAsia="Times New Roman" w:cs="Times New Roman"/>
          <w:noProof w:val="0"/>
          <w:lang w:val="pl-PL"/>
        </w:rPr>
        <w:t>ż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y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przeprowadzi</w:t>
      </w:r>
      <w:r w:rsidRPr="17B1E813" w:rsidR="48DC0390">
        <w:rPr>
          <w:rFonts w:ascii="Times New Roman" w:hAnsi="Times New Roman" w:eastAsia="Times New Roman" w:cs="Times New Roman"/>
          <w:noProof w:val="0"/>
          <w:lang w:val="pl-PL"/>
        </w:rPr>
        <w:t>ć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co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najmniej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trzy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spotkania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: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wst</w:t>
      </w:r>
      <w:r w:rsidRPr="17B1E813" w:rsidR="7DF2055F">
        <w:rPr>
          <w:rFonts w:ascii="Times New Roman" w:hAnsi="Times New Roman" w:eastAsia="Times New Roman" w:cs="Times New Roman"/>
          <w:noProof w:val="0"/>
          <w:lang w:val="pl-PL"/>
        </w:rPr>
        <w:t>ę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pne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, </w:t>
      </w:r>
      <w:r w:rsidRPr="17B1E813" w:rsidR="469690AB">
        <w:rPr>
          <w:rFonts w:ascii="Times New Roman" w:hAnsi="Times New Roman" w:eastAsia="Times New Roman" w:cs="Times New Roman"/>
          <w:noProof w:val="0"/>
          <w:lang w:val="pl-PL"/>
        </w:rPr>
        <w:t>śró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dokresowe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i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ko</w:t>
      </w:r>
      <w:r w:rsidRPr="17B1E813" w:rsidR="47F9EE2F">
        <w:rPr>
          <w:rFonts w:ascii="Times New Roman" w:hAnsi="Times New Roman" w:eastAsia="Times New Roman" w:cs="Times New Roman"/>
          <w:noProof w:val="0"/>
          <w:lang w:val="pl-PL"/>
        </w:rPr>
        <w:t>ń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cowe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. Po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kazdym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spotkaniu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ucze</w:t>
      </w:r>
      <w:r w:rsidRPr="17B1E813" w:rsidR="5D126012">
        <w:rPr>
          <w:rFonts w:ascii="Times New Roman" w:hAnsi="Times New Roman" w:eastAsia="Times New Roman" w:cs="Times New Roman"/>
          <w:noProof w:val="0"/>
          <w:lang w:val="pl-PL"/>
        </w:rPr>
        <w:t>ń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powinien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przygotowa</w:t>
      </w:r>
      <w:r w:rsidRPr="17B1E813" w:rsidR="2AA185DB">
        <w:rPr>
          <w:rFonts w:ascii="Times New Roman" w:hAnsi="Times New Roman" w:eastAsia="Times New Roman" w:cs="Times New Roman"/>
          <w:noProof w:val="0"/>
          <w:lang w:val="pl-PL"/>
        </w:rPr>
        <w:t>ć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podsumowanie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,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a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509C631E">
        <w:rPr>
          <w:rFonts w:ascii="Times New Roman" w:hAnsi="Times New Roman" w:eastAsia="Times New Roman" w:cs="Times New Roman"/>
          <w:noProof w:val="0"/>
          <w:lang w:val="pl-PL"/>
        </w:rPr>
        <w:t>mentor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podpisa</w:t>
      </w:r>
      <w:r w:rsidRPr="17B1E813" w:rsidR="573CF46B">
        <w:rPr>
          <w:rFonts w:ascii="Times New Roman" w:hAnsi="Times New Roman" w:eastAsia="Times New Roman" w:cs="Times New Roman"/>
          <w:noProof w:val="0"/>
          <w:lang w:val="pl-PL"/>
        </w:rPr>
        <w:t xml:space="preserve">ć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i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opatrzy</w:t>
      </w:r>
      <w:r w:rsidRPr="17B1E813" w:rsidR="2FB26CC7">
        <w:rPr>
          <w:rFonts w:ascii="Times New Roman" w:hAnsi="Times New Roman" w:eastAsia="Times New Roman" w:cs="Times New Roman"/>
          <w:noProof w:val="0"/>
          <w:lang w:val="pl-PL"/>
        </w:rPr>
        <w:t>ć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dat</w:t>
      </w:r>
      <w:r w:rsidRPr="17B1E813" w:rsidR="51F91171">
        <w:rPr>
          <w:rFonts w:ascii="Times New Roman" w:hAnsi="Times New Roman" w:eastAsia="Times New Roman" w:cs="Times New Roman"/>
          <w:noProof w:val="0"/>
          <w:lang w:val="pl-PL"/>
        </w:rPr>
        <w:t>ą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.</w:t>
      </w:r>
    </w:p>
    <w:tbl>
      <w:tblPr>
        <w:tblW w:w="864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4A0" w:firstRow="1" w:lastRow="0" w:firstColumn="1" w:lastColumn="0" w:noHBand="0" w:noVBand="1"/>
      </w:tblPr>
      <w:tblGrid>
        <w:gridCol w:w="2070"/>
        <w:gridCol w:w="3915"/>
        <w:gridCol w:w="2655"/>
      </w:tblGrid>
      <w:tr xmlns:wp14="http://schemas.microsoft.com/office/word/2010/wordml" w:rsidTr="17B1E813" w14:paraId="57942F7B" wp14:textId="77777777">
        <w:tc>
          <w:tcPr>
            <w:tcW w:w="2070" w:type="dxa"/>
            <w:tcMar/>
          </w:tcPr>
          <w:p w:rsidP="17B1E813" w14:paraId="51A59785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Data</w:t>
            </w:r>
          </w:p>
        </w:tc>
        <w:tc>
          <w:tcPr>
            <w:tcW w:w="3915" w:type="dxa"/>
            <w:tcMar/>
          </w:tcPr>
          <w:p w:rsidP="17B1E813" w14:paraId="723EF423" wp14:textId="7EB67D28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2503EBDA">
              <w:rPr>
                <w:rFonts w:ascii="Times New Roman" w:hAnsi="Times New Roman" w:eastAsia="Times New Roman" w:cs="Times New Roman"/>
                <w:noProof w:val="0"/>
                <w:lang w:val="pl-PL"/>
              </w:rPr>
              <w:t>Główne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</w:t>
            </w:r>
            <w:r w:rsidRPr="17B1E813" w:rsidR="3697F6E1">
              <w:rPr>
                <w:rFonts w:ascii="Times New Roman" w:hAnsi="Times New Roman" w:eastAsia="Times New Roman" w:cs="Times New Roman"/>
                <w:noProof w:val="0"/>
                <w:lang w:val="pl-PL"/>
              </w:rPr>
              <w:t>omówione</w:t>
            </w: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 xml:space="preserve"> kwestie</w:t>
            </w:r>
          </w:p>
        </w:tc>
        <w:tc>
          <w:tcPr>
            <w:tcW w:w="2655" w:type="dxa"/>
            <w:tcMar/>
          </w:tcPr>
          <w:p w:rsidP="17B1E813" w14:paraId="655E336B" wp14:textId="5FBF931A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Podpis</w:t>
            </w:r>
            <w:r w:rsidRPr="17B1E813" w:rsidR="6092BF3F">
              <w:rPr>
                <w:rFonts w:ascii="Times New Roman" w:hAnsi="Times New Roman" w:eastAsia="Times New Roman" w:cs="Times New Roman"/>
                <w:noProof w:val="0"/>
                <w:lang w:val="pl-PL"/>
              </w:rPr>
              <w:t>y</w:t>
            </w:r>
          </w:p>
        </w:tc>
      </w:tr>
      <w:tr xmlns:wp14="http://schemas.microsoft.com/office/word/2010/wordml" w:rsidTr="17B1E813" w14:paraId="3CB4789E" wp14:textId="77777777">
        <w:trPr>
          <w:trHeight w:val="3825"/>
        </w:trPr>
        <w:tc>
          <w:tcPr>
            <w:tcW w:w="2070" w:type="dxa"/>
            <w:tcMar/>
          </w:tcPr>
          <w:p w:rsidP="17B1E813" w14:paraId="61ADB189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Spotkanie 1</w:t>
            </w:r>
          </w:p>
        </w:tc>
        <w:tc>
          <w:tcPr>
            <w:tcW w:w="3915" w:type="dxa"/>
            <w:tcMar/>
          </w:tcPr>
          <w:p w:rsidP="17B1E813" w14:paraId="357B9C63" wp14:textId="1C41B804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2C70CA01" wp14:textId="32A30276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2778EB52" wp14:textId="63569CDA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6330337C" wp14:textId="7C88C9B1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1E726F56" wp14:textId="4E14A096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  <w:tc>
          <w:tcPr>
            <w:tcW w:w="2655" w:type="dxa"/>
            <w:tcMar/>
          </w:tcPr>
          <w:p w:rsidP="17B1E813" w14:paraId="4A5C7975" wp14:textId="08A3AAC4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031E70BF">
              <w:rPr>
                <w:rFonts w:ascii="Times New Roman" w:hAnsi="Times New Roman" w:eastAsia="Times New Roman" w:cs="Times New Roman"/>
                <w:noProof w:val="0"/>
                <w:lang w:val="pl-PL"/>
              </w:rPr>
              <w:t>Uczeń:</w:t>
            </w:r>
          </w:p>
          <w:p w:rsidP="17B1E813" w14:paraId="6949A643" wp14:textId="73DD8509">
            <w:pPr>
              <w:pStyle w:val="Normal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6AC166A6" wp14:textId="18C4F3CA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>
              <w:br/>
            </w:r>
            <w:r w:rsidRPr="17B1E813" w:rsidR="031E70BF">
              <w:rPr>
                <w:rFonts w:ascii="Times New Roman" w:hAnsi="Times New Roman" w:eastAsia="Times New Roman" w:cs="Times New Roman"/>
                <w:noProof w:val="0"/>
                <w:lang w:val="pl-PL"/>
              </w:rPr>
              <w:t>Mentor:</w:t>
            </w:r>
          </w:p>
          <w:p w:rsidP="17B1E813" w14:paraId="345515C9" wp14:textId="551D9C0F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5DAB6C7B" wp14:textId="56665FCC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  <w:tr xmlns:wp14="http://schemas.microsoft.com/office/word/2010/wordml" w:rsidTr="17B1E813" w14:paraId="53038203" wp14:textId="77777777">
        <w:trPr>
          <w:trHeight w:val="4070"/>
        </w:trPr>
        <w:tc>
          <w:tcPr>
            <w:tcW w:w="2070" w:type="dxa"/>
            <w:tcMar/>
          </w:tcPr>
          <w:p w:rsidP="17B1E813" w14:paraId="7FDAB7F4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Spotkanie 2</w:t>
            </w:r>
          </w:p>
        </w:tc>
        <w:tc>
          <w:tcPr>
            <w:tcW w:w="3915" w:type="dxa"/>
            <w:tcMar/>
          </w:tcPr>
          <w:p w:rsidP="17B1E813" w14:paraId="60D5AB8F" wp14:textId="143CFF49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  <w:tc>
          <w:tcPr>
            <w:tcW w:w="2655" w:type="dxa"/>
            <w:tcMar/>
          </w:tcPr>
          <w:p w:rsidP="17B1E813" w14:paraId="3DF8C535" wp14:textId="08A3AAC4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44417211">
              <w:rPr>
                <w:rFonts w:ascii="Times New Roman" w:hAnsi="Times New Roman" w:eastAsia="Times New Roman" w:cs="Times New Roman"/>
                <w:noProof w:val="0"/>
                <w:lang w:val="pl-PL"/>
              </w:rPr>
              <w:t>Uczeń:</w:t>
            </w:r>
          </w:p>
          <w:p w:rsidP="17B1E813" w14:paraId="548BFE1B" wp14:textId="73DD8509">
            <w:pPr>
              <w:pStyle w:val="Normal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03E847C8" wp14:textId="18C4F3CA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>
              <w:br/>
            </w:r>
            <w:r w:rsidRPr="17B1E813" w:rsidR="44417211">
              <w:rPr>
                <w:rFonts w:ascii="Times New Roman" w:hAnsi="Times New Roman" w:eastAsia="Times New Roman" w:cs="Times New Roman"/>
                <w:noProof w:val="0"/>
                <w:lang w:val="pl-PL"/>
              </w:rPr>
              <w:t>Mentor:</w:t>
            </w:r>
          </w:p>
          <w:p w:rsidP="17B1E813" w14:paraId="02EB378F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  <w:tr xmlns:wp14="http://schemas.microsoft.com/office/word/2010/wordml" w:rsidTr="17B1E813" w14:paraId="4D3E7CCC" wp14:textId="77777777">
        <w:trPr>
          <w:trHeight w:val="4610"/>
        </w:trPr>
        <w:tc>
          <w:tcPr>
            <w:tcW w:w="2070" w:type="dxa"/>
            <w:tcMar/>
          </w:tcPr>
          <w:p w:rsidP="17B1E813" w14:paraId="60749B14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Spotkanie 3</w:t>
            </w:r>
          </w:p>
        </w:tc>
        <w:tc>
          <w:tcPr>
            <w:tcW w:w="3915" w:type="dxa"/>
            <w:tcMar/>
          </w:tcPr>
          <w:p w:rsidP="17B1E813" w14:paraId="3B9EB9D8" wp14:textId="48BD4FBF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  <w:tc>
          <w:tcPr>
            <w:tcW w:w="2655" w:type="dxa"/>
            <w:tcMar/>
          </w:tcPr>
          <w:p w:rsidP="17B1E813" w14:paraId="209E7714" wp14:textId="08A3AAC4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055B7976">
              <w:rPr>
                <w:rFonts w:ascii="Times New Roman" w:hAnsi="Times New Roman" w:eastAsia="Times New Roman" w:cs="Times New Roman"/>
                <w:noProof w:val="0"/>
                <w:lang w:val="pl-PL"/>
              </w:rPr>
              <w:t>Uczeń:</w:t>
            </w:r>
          </w:p>
          <w:p w:rsidP="17B1E813" w14:paraId="75596CC5" wp14:textId="73DD8509">
            <w:pPr>
              <w:pStyle w:val="Normal"/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  <w:p w:rsidP="17B1E813" w14:paraId="56874F98" wp14:textId="18C4F3CA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>
              <w:br/>
            </w:r>
            <w:r w:rsidRPr="17B1E813" w:rsidR="055B7976">
              <w:rPr>
                <w:rFonts w:ascii="Times New Roman" w:hAnsi="Times New Roman" w:eastAsia="Times New Roman" w:cs="Times New Roman"/>
                <w:noProof w:val="0"/>
                <w:lang w:val="pl-PL"/>
              </w:rPr>
              <w:t>Mentor:</w:t>
            </w:r>
          </w:p>
          <w:p w:rsidP="17B1E813" w14:paraId="6A05A809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</w:p>
        </w:tc>
      </w:tr>
    </w:tbl>
    <w:p xmlns:wp14="http://schemas.microsoft.com/office/word/2010/wordml" w:rsidP="17B1E813" w14:paraId="7B15642B" wp14:textId="1EEDC4D6">
      <w:pPr>
        <w:rPr>
          <w:rFonts w:ascii="Times New Roman" w:hAnsi="Times New Roman" w:eastAsia="Times New Roman" w:cs="Times New Roman"/>
          <w:noProof w:val="0"/>
          <w:lang w:val="pl-PL"/>
        </w:rPr>
      </w:pPr>
      <w:r>
        <w:br/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Komentarz </w:t>
      </w:r>
      <w:r w:rsidRPr="17B1E813" w:rsidR="40948ECA">
        <w:rPr>
          <w:rFonts w:ascii="Times New Roman" w:hAnsi="Times New Roman" w:eastAsia="Times New Roman" w:cs="Times New Roman"/>
          <w:noProof w:val="0"/>
          <w:lang w:val="pl-PL"/>
        </w:rPr>
        <w:t>menora</w:t>
      </w:r>
    </w:p>
    <w:p xmlns:wp14="http://schemas.microsoft.com/office/word/2010/wordml" w:rsidP="17B1E813" w14:paraId="44C0D45A" wp14:textId="2E03E2EE">
      <w:pPr>
        <w:jc w:val="both"/>
        <w:rPr>
          <w:rFonts w:ascii="Times New Roman" w:hAnsi="Times New Roman" w:eastAsia="Times New Roman" w:cs="Times New Roman"/>
          <w:noProof w:val="0"/>
          <w:lang w:val="pl-PL"/>
        </w:rPr>
      </w:pPr>
      <w:r>
        <w:br/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Oswiadczenie ucznia: </w:t>
      </w:r>
      <w:r w:rsidRPr="17B1E813" w:rsidR="543517D6">
        <w:rPr>
          <w:rFonts w:ascii="Times New Roman" w:hAnsi="Times New Roman" w:eastAsia="Times New Roman" w:cs="Times New Roman"/>
          <w:noProof w:val="0"/>
          <w:lang w:val="pl-PL"/>
        </w:rPr>
        <w:t>Oświadczam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, </w:t>
      </w:r>
      <w:r w:rsidRPr="17B1E813" w:rsidR="5463E629">
        <w:rPr>
          <w:rFonts w:ascii="Times New Roman" w:hAnsi="Times New Roman" w:eastAsia="Times New Roman" w:cs="Times New Roman"/>
          <w:noProof w:val="0"/>
          <w:lang w:val="pl-PL"/>
        </w:rPr>
        <w:t>ż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ta praca jest moja </w:t>
      </w:r>
      <w:r w:rsidRPr="17B1E813" w:rsidR="6DBB653A">
        <w:rPr>
          <w:rFonts w:ascii="Times New Roman" w:hAnsi="Times New Roman" w:eastAsia="Times New Roman" w:cs="Times New Roman"/>
          <w:noProof w:val="0"/>
          <w:lang w:val="pl-PL"/>
        </w:rPr>
        <w:t>własna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i stanowi ostateczn</w:t>
      </w:r>
      <w:r w:rsidRPr="17B1E813" w:rsidR="2C7F3C55">
        <w:rPr>
          <w:rFonts w:ascii="Times New Roman" w:hAnsi="Times New Roman" w:eastAsia="Times New Roman" w:cs="Times New Roman"/>
          <w:noProof w:val="0"/>
          <w:lang w:val="pl-PL"/>
        </w:rPr>
        <w:t>ą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wersj</w:t>
      </w:r>
      <w:r w:rsidRPr="17B1E813" w:rsidR="704A8D9E">
        <w:rPr>
          <w:rFonts w:ascii="Times New Roman" w:hAnsi="Times New Roman" w:eastAsia="Times New Roman" w:cs="Times New Roman"/>
          <w:noProof w:val="0"/>
          <w:lang w:val="pl-PL"/>
        </w:rPr>
        <w:t>ę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. </w:t>
      </w:r>
      <w:r w:rsidRPr="17B1E813" w:rsidR="74134D3C">
        <w:rPr>
          <w:rFonts w:ascii="Times New Roman" w:hAnsi="Times New Roman" w:eastAsia="Times New Roman" w:cs="Times New Roman"/>
          <w:noProof w:val="0"/>
          <w:lang w:val="pl-PL"/>
        </w:rPr>
        <w:t>Uwzględniłem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/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am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wszystkie wykorzystane </w:t>
      </w:r>
      <w:r w:rsidRPr="17B1E813" w:rsidR="3928BB2A">
        <w:rPr>
          <w:rFonts w:ascii="Times New Roman" w:hAnsi="Times New Roman" w:eastAsia="Times New Roman" w:cs="Times New Roman"/>
          <w:noProof w:val="0"/>
          <w:lang w:val="pl-PL"/>
        </w:rPr>
        <w:t>źródła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i </w:t>
      </w:r>
      <w:r w:rsidRPr="17B1E813" w:rsidR="15CCF67C">
        <w:rPr>
          <w:rFonts w:ascii="Times New Roman" w:hAnsi="Times New Roman" w:eastAsia="Times New Roman" w:cs="Times New Roman"/>
          <w:noProof w:val="0"/>
          <w:lang w:val="pl-PL"/>
        </w:rPr>
        <w:t>pomysły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innych </w:t>
      </w:r>
      <w:r w:rsidRPr="17B1E813" w:rsidR="01ECB533">
        <w:rPr>
          <w:rFonts w:ascii="Times New Roman" w:hAnsi="Times New Roman" w:eastAsia="Times New Roman" w:cs="Times New Roman"/>
          <w:noProof w:val="0"/>
          <w:lang w:val="pl-PL"/>
        </w:rPr>
        <w:t>osób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>.</w:t>
      </w:r>
    </w:p>
    <w:p xmlns:wp14="http://schemas.microsoft.com/office/word/2010/wordml" w:rsidP="17B1E813" w14:paraId="17B40533" wp14:textId="254C215B">
      <w:pPr>
        <w:rPr>
          <w:rFonts w:ascii="Times New Roman" w:hAnsi="Times New Roman" w:eastAsia="Times New Roman" w:cs="Times New Roman"/>
          <w:noProof w:val="0"/>
          <w:lang w:val="pl-PL"/>
        </w:rPr>
      </w:pPr>
      <w:r w:rsidRPr="17B1E813" w:rsidR="5918C88A">
        <w:rPr>
          <w:rFonts w:ascii="Times New Roman" w:hAnsi="Times New Roman" w:eastAsia="Times New Roman" w:cs="Times New Roman"/>
          <w:noProof w:val="0"/>
          <w:lang w:val="pl-PL"/>
        </w:rPr>
        <w:t>Oświadczenie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opiekuna: Potwierdzam, </w:t>
      </w:r>
      <w:r w:rsidRPr="17B1E813" w:rsidR="2E4C0CEA">
        <w:rPr>
          <w:rFonts w:ascii="Times New Roman" w:hAnsi="Times New Roman" w:eastAsia="Times New Roman" w:cs="Times New Roman"/>
          <w:noProof w:val="0"/>
          <w:lang w:val="pl-PL"/>
        </w:rPr>
        <w:t>że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17B1E813" w:rsidR="12398589">
        <w:rPr>
          <w:rFonts w:ascii="Times New Roman" w:hAnsi="Times New Roman" w:eastAsia="Times New Roman" w:cs="Times New Roman"/>
          <w:noProof w:val="0"/>
          <w:lang w:val="pl-PL"/>
        </w:rPr>
        <w:t>według</w:t>
      </w:r>
      <w:r w:rsidRPr="17B1E813" w:rsidR="17B1E813">
        <w:rPr>
          <w:rFonts w:ascii="Times New Roman" w:hAnsi="Times New Roman" w:eastAsia="Times New Roman" w:cs="Times New Roman"/>
          <w:noProof w:val="0"/>
          <w:lang w:val="pl-PL"/>
        </w:rPr>
        <w:t xml:space="preserve"> mojej najlepszej wiedzy praca jest autentyczna.</w:t>
      </w:r>
    </w:p>
    <w:tbl>
      <w:tblPr>
        <w:tblW w:w="864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4A0" w:firstRow="1" w:lastRow="0" w:firstColumn="1" w:lastColumn="0" w:noHBand="0" w:noVBand="1"/>
      </w:tblPr>
      <w:tblGrid>
        <w:gridCol w:w="5160"/>
        <w:gridCol w:w="3480"/>
      </w:tblGrid>
      <w:tr xmlns:wp14="http://schemas.microsoft.com/office/word/2010/wordml" w:rsidTr="17B1E813" w14:paraId="2E49BCC8" wp14:textId="77777777">
        <w:tc>
          <w:tcPr>
            <w:tcW w:w="5160" w:type="dxa"/>
            <w:tcMar/>
          </w:tcPr>
          <w:p w:rsidP="17B1E813" w14:paraId="4C3B6D26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Podpis ucznia</w:t>
            </w:r>
          </w:p>
        </w:tc>
        <w:tc>
          <w:tcPr>
            <w:tcW w:w="3480" w:type="dxa"/>
            <w:tcMar/>
          </w:tcPr>
          <w:p w:rsidP="17B1E813" w14:paraId="2D67A478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Data</w:t>
            </w:r>
          </w:p>
        </w:tc>
      </w:tr>
      <w:tr xmlns:wp14="http://schemas.microsoft.com/office/word/2010/wordml" w:rsidTr="17B1E813" w14:paraId="2FA6C925" wp14:textId="77777777">
        <w:tc>
          <w:tcPr>
            <w:tcW w:w="5160" w:type="dxa"/>
            <w:tcMar/>
          </w:tcPr>
          <w:p w:rsidP="17B1E813" w14:paraId="17D4E30D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Podpis opiekuna</w:t>
            </w:r>
          </w:p>
        </w:tc>
        <w:tc>
          <w:tcPr>
            <w:tcW w:w="3480" w:type="dxa"/>
            <w:tcMar/>
          </w:tcPr>
          <w:p w:rsidP="17B1E813" w14:paraId="530715D3" wp14:textId="77777777">
            <w:pPr>
              <w:rPr>
                <w:rFonts w:ascii="Times New Roman" w:hAnsi="Times New Roman" w:eastAsia="Times New Roman" w:cs="Times New Roman"/>
                <w:noProof w:val="0"/>
                <w:lang w:val="pl-PL"/>
              </w:rPr>
            </w:pPr>
            <w:r w:rsidRPr="17B1E813" w:rsidR="17B1E813">
              <w:rPr>
                <w:rFonts w:ascii="Times New Roman" w:hAnsi="Times New Roman" w:eastAsia="Times New Roman" w:cs="Times New Roman"/>
                <w:noProof w:val="0"/>
                <w:lang w:val="pl-PL"/>
              </w:rPr>
              <w:t>Data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ECB533"/>
    <w:rsid w:val="027A4F47"/>
    <w:rsid w:val="031E70BF"/>
    <w:rsid w:val="0391021B"/>
    <w:rsid w:val="045D6DBF"/>
    <w:rsid w:val="049EE277"/>
    <w:rsid w:val="055B7976"/>
    <w:rsid w:val="06B06B38"/>
    <w:rsid w:val="06D550BF"/>
    <w:rsid w:val="06E66C96"/>
    <w:rsid w:val="089B2F56"/>
    <w:rsid w:val="09C265F9"/>
    <w:rsid w:val="0AF1C404"/>
    <w:rsid w:val="0AF1C404"/>
    <w:rsid w:val="0B880761"/>
    <w:rsid w:val="0C384425"/>
    <w:rsid w:val="10299F97"/>
    <w:rsid w:val="12398589"/>
    <w:rsid w:val="1534633E"/>
    <w:rsid w:val="15CCF67C"/>
    <w:rsid w:val="17B1E813"/>
    <w:rsid w:val="18C0B028"/>
    <w:rsid w:val="1A19FBF5"/>
    <w:rsid w:val="1A19FBF5"/>
    <w:rsid w:val="1E45A73F"/>
    <w:rsid w:val="20129561"/>
    <w:rsid w:val="205C34EB"/>
    <w:rsid w:val="2251145C"/>
    <w:rsid w:val="2503EBDA"/>
    <w:rsid w:val="262A5F6E"/>
    <w:rsid w:val="28C14E84"/>
    <w:rsid w:val="28CB8918"/>
    <w:rsid w:val="2AA185DB"/>
    <w:rsid w:val="2C7F3C55"/>
    <w:rsid w:val="2E4C0CEA"/>
    <w:rsid w:val="2EA5E1D3"/>
    <w:rsid w:val="2FB26CC7"/>
    <w:rsid w:val="31ADE26D"/>
    <w:rsid w:val="3697F6E1"/>
    <w:rsid w:val="38E057E1"/>
    <w:rsid w:val="3928BB2A"/>
    <w:rsid w:val="3CF5C4B1"/>
    <w:rsid w:val="3EA61601"/>
    <w:rsid w:val="3EA61601"/>
    <w:rsid w:val="40948ECA"/>
    <w:rsid w:val="41D595BD"/>
    <w:rsid w:val="44417211"/>
    <w:rsid w:val="469690AB"/>
    <w:rsid w:val="47D3D9C4"/>
    <w:rsid w:val="47F9EE2F"/>
    <w:rsid w:val="48DC0390"/>
    <w:rsid w:val="4A762530"/>
    <w:rsid w:val="4BB63531"/>
    <w:rsid w:val="4FA0D8C6"/>
    <w:rsid w:val="504DD6C1"/>
    <w:rsid w:val="509C631E"/>
    <w:rsid w:val="51F91171"/>
    <w:rsid w:val="52295712"/>
    <w:rsid w:val="53A150F7"/>
    <w:rsid w:val="541CDD69"/>
    <w:rsid w:val="543517D6"/>
    <w:rsid w:val="5463E629"/>
    <w:rsid w:val="564996B2"/>
    <w:rsid w:val="573CF46B"/>
    <w:rsid w:val="57583F79"/>
    <w:rsid w:val="576CF5B1"/>
    <w:rsid w:val="5918C88A"/>
    <w:rsid w:val="5BBF1BD0"/>
    <w:rsid w:val="5D126012"/>
    <w:rsid w:val="5D34C49E"/>
    <w:rsid w:val="6092BF3F"/>
    <w:rsid w:val="669C4D9B"/>
    <w:rsid w:val="690C5B5A"/>
    <w:rsid w:val="690C5B5A"/>
    <w:rsid w:val="6DBB653A"/>
    <w:rsid w:val="6F2CA680"/>
    <w:rsid w:val="704A8D9E"/>
    <w:rsid w:val="70C5F2D8"/>
    <w:rsid w:val="74134D3C"/>
    <w:rsid w:val="7443B1E0"/>
    <w:rsid w:val="7443B1E0"/>
    <w:rsid w:val="789F1383"/>
    <w:rsid w:val="789F1383"/>
    <w:rsid w:val="7A3E8EA3"/>
    <w:rsid w:val="7C4F58EC"/>
    <w:rsid w:val="7DF2055F"/>
    <w:rsid w:val="7EF8A7D6"/>
    <w:rsid w:val="7F3AD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F3AB69CA-A581-4E33-90FE-6309B8F2FD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4C33BE97EBE64CA94BE8814F3D395A" ma:contentTypeVersion="13" ma:contentTypeDescription="Create a new document." ma:contentTypeScope="" ma:versionID="ae59e2a30c9ca9485f1a147e448a9106">
  <xsd:schema xmlns:xsd="http://www.w3.org/2001/XMLSchema" xmlns:xs="http://www.w3.org/2001/XMLSchema" xmlns:p="http://schemas.microsoft.com/office/2006/metadata/properties" xmlns:ns2="12ff1d7f-83d7-4efa-bbfe-61660ac214a6" xmlns:ns3="ebbed3be-9f50-4395-b1ee-ec30a494fabd" targetNamespace="http://schemas.microsoft.com/office/2006/metadata/properties" ma:root="true" ma:fieldsID="a88d3189c9c678ab5535ade262d3963d" ns2:_="" ns3:_="">
    <xsd:import namespace="12ff1d7f-83d7-4efa-bbfe-61660ac214a6"/>
    <xsd:import namespace="ebbed3be-9f50-4395-b1ee-ec30a494f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f1d7f-83d7-4efa-bbfe-61660ac21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ce1cc9-31a4-443b-8471-3fa0cea66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ed3be-9f50-4395-b1ee-ec30a494fa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948989-f73b-40d7-a7e4-ece9af70295a}" ma:internalName="TaxCatchAll" ma:showField="CatchAllData" ma:web="ebbed3be-9f50-4395-b1ee-ec30a494f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f1d7f-83d7-4efa-bbfe-61660ac214a6">
      <Terms xmlns="http://schemas.microsoft.com/office/infopath/2007/PartnerControls"/>
    </lcf76f155ced4ddcb4097134ff3c332f>
    <TaxCatchAll xmlns="ebbed3be-9f50-4395-b1ee-ec30a494fabd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48ADFC-A3D0-4E25-9CB0-617968E48BD0}"/>
</file>

<file path=customXml/itemProps3.xml><?xml version="1.0" encoding="utf-8"?>
<ds:datastoreItem xmlns:ds="http://schemas.openxmlformats.org/officeDocument/2006/customXml" ds:itemID="{A023317F-F50B-460C-9680-6DD145246345}"/>
</file>

<file path=customXml/itemProps4.xml><?xml version="1.0" encoding="utf-8"?>
<ds:datastoreItem xmlns:ds="http://schemas.openxmlformats.org/officeDocument/2006/customXml" ds:itemID="{2AFA0635-9820-49BE-A610-3B1357BEA1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Lech</dc:creator>
  <cp:keywords/>
  <dc:description>generated by python-docx</dc:description>
  <cp:lastModifiedBy>Justyna Lech</cp:lastModifiedBy>
  <cp:revision>2</cp:revision>
  <dcterms:created xsi:type="dcterms:W3CDTF">2026-07-01T09:57:52Z</dcterms:created>
  <dcterms:modified xsi:type="dcterms:W3CDTF">2026-07-01T10:08:22Z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0x0101004B4C33BE97EBE64CA94BE8814F3D395A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{"FileActivityType":"9","FileActivityTimeStamp":"2026-07-01T09:57:53.960Z","FileActivityUsersOnPage":[{"DisplayName":"Justyna Lech","Id":"jlech2504@edu.wroclaw.pl"}],"FileActivityNavigationId":null}</vt:lpwstr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